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b/>
          <w:i w:val="0"/>
          <w:color w:val="1A1A1A"/>
          <w:sz w:val="28"/>
        </w:rPr>
        <w:t>Your Full Name</w:t>
      </w:r>
    </w:p>
    <w:p>
      <w:pPr>
        <w:spacing w:after="280"/>
      </w:pPr>
      <w:r>
        <w:rPr>
          <w:b w:val="0"/>
          <w:i w:val="0"/>
          <w:color w:val="444444"/>
          <w:sz w:val="21"/>
        </w:rPr>
        <w:t>City, Country  |  +1 555 000 0000  |  you@email.com  |  linkedin.com/in/yourname</w:t>
      </w:r>
    </w:p>
    <w:p>
      <w:pPr>
        <w:spacing w:after="20"/>
      </w:pPr>
      <w:r>
        <w:rPr>
          <w:b w:val="0"/>
          <w:i w:val="0"/>
          <w:color w:val="444444"/>
          <w:sz w:val="21"/>
        </w:rPr>
        <w:t>[Date]</w:t>
      </w:r>
    </w:p>
    <w:p>
      <w:pPr>
        <w:spacing w:after="20"/>
      </w:pPr>
      <w:r>
        <w:rPr>
          <w:b w:val="0"/>
          <w:i w:val="0"/>
          <w:color w:val="444444"/>
          <w:sz w:val="21"/>
        </w:rPr>
        <w:t>Hiring Manager's Name (find it on LinkedIn if you can)</w:t>
      </w:r>
    </w:p>
    <w:p>
      <w:pPr>
        <w:spacing w:after="280"/>
      </w:pPr>
      <w:r>
        <w:rPr>
          <w:b w:val="0"/>
          <w:i w:val="0"/>
          <w:color w:val="444444"/>
          <w:sz w:val="21"/>
        </w:rPr>
        <w:t>Company Name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Dear [Hiring Manager's name / Hiring Team],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Address the elephant immediately and confidently: "After [X years] in [old field], I am moving into [new field], and the overlap is stronger than it looks: [the one skill or result from your old career that this role needs most]."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Middle paragraph: translate, do not apologise. Take two requirements from the posting and show where you already did the equivalent under a different job title. Add anything new you have built to close the gap: a certification, a project, freelance work.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Third paragraph: why this direction and this company. Career changers who explain their WHY in one grounded sentence read as deliberate, not desperate.</w:t>
      </w:r>
    </w:p>
    <w:p>
      <w:pPr>
        <w:spacing w:after="280"/>
      </w:pPr>
      <w:r>
        <w:rPr>
          <w:b w:val="0"/>
          <w:i w:val="0"/>
          <w:color w:val="1A1A1A"/>
          <w:sz w:val="22"/>
        </w:rPr>
        <w:t>Close: "I would welcome a conversation about how my background in [old field] becomes an advantage in [the role]. Thank you for your time."</w:t>
      </w:r>
    </w:p>
    <w:p>
      <w:pPr>
        <w:spacing w:after="20"/>
      </w:pPr>
      <w:r>
        <w:rPr>
          <w:b w:val="0"/>
          <w:i w:val="0"/>
          <w:color w:val="1A1A1A"/>
          <w:sz w:val="22"/>
        </w:rPr>
        <w:t>Best regards,</w:t>
      </w:r>
    </w:p>
    <w:p>
      <w:pPr>
        <w:spacing w:after="0"/>
      </w:pPr>
      <w:r>
        <w:rPr>
          <w:b w:val="0"/>
          <w:i w:val="0"/>
          <w:color w:val="1A1A1A"/>
          <w:sz w:val="22"/>
        </w:rPr>
        <w:t>Your Full Name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