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</w:pPr>
      <w:r>
        <w:rPr>
          <w:b/>
          <w:i w:val="0"/>
          <w:color w:val="1A1A1A"/>
          <w:sz w:val="28"/>
        </w:rPr>
        <w:t>Your Full Name</w:t>
      </w:r>
    </w:p>
    <w:p>
      <w:pPr>
        <w:spacing w:after="280"/>
      </w:pPr>
      <w:r>
        <w:rPr>
          <w:b w:val="0"/>
          <w:i w:val="0"/>
          <w:color w:val="444444"/>
          <w:sz w:val="21"/>
        </w:rPr>
        <w:t>City, Country  |  +1 555 000 0000  |  you@email.com  |  linkedin.com/in/yourname</w:t>
      </w:r>
    </w:p>
    <w:p>
      <w:pPr>
        <w:spacing w:after="20"/>
      </w:pPr>
      <w:r>
        <w:rPr>
          <w:b w:val="0"/>
          <w:i w:val="0"/>
          <w:color w:val="444444"/>
          <w:sz w:val="21"/>
        </w:rPr>
        <w:t>[Date]</w:t>
      </w:r>
    </w:p>
    <w:p>
      <w:pPr>
        <w:spacing w:after="20"/>
      </w:pPr>
      <w:r>
        <w:rPr>
          <w:b w:val="0"/>
          <w:i w:val="0"/>
          <w:color w:val="444444"/>
          <w:sz w:val="21"/>
        </w:rPr>
        <w:t>Hiring Manager's Name (find it on LinkedIn if you can)</w:t>
      </w:r>
    </w:p>
    <w:p>
      <w:pPr>
        <w:spacing w:after="280"/>
      </w:pPr>
      <w:r>
        <w:rPr>
          <w:b w:val="0"/>
          <w:i w:val="0"/>
          <w:color w:val="444444"/>
          <w:sz w:val="21"/>
        </w:rPr>
        <w:t>Company Name</w:t>
      </w:r>
    </w:p>
    <w:p>
      <w:pPr>
        <w:spacing w:after="200"/>
      </w:pPr>
      <w:r>
        <w:rPr>
          <w:b w:val="0"/>
          <w:i w:val="0"/>
          <w:color w:val="1A1A1A"/>
          <w:sz w:val="22"/>
        </w:rPr>
        <w:t>Dear [Hiring Manager's name / Hiring Team],</w:t>
      </w:r>
    </w:p>
    <w:p>
      <w:pPr>
        <w:spacing w:after="200"/>
      </w:pPr>
      <w:r>
        <w:rPr>
          <w:b w:val="0"/>
          <w:i w:val="0"/>
          <w:color w:val="1A1A1A"/>
          <w:sz w:val="22"/>
        </w:rPr>
        <w:t>Name the role and lead with your strongest proof, even without work history: "I am a recent [degree] graduate applying for the [Job Title] role. In my final-year project I [what you built or did, with a number], which is the same skill this role centres on."</w:t>
      </w:r>
    </w:p>
    <w:p>
      <w:pPr>
        <w:spacing w:after="200"/>
      </w:pPr>
      <w:r>
        <w:rPr>
          <w:b w:val="0"/>
          <w:i w:val="0"/>
          <w:color w:val="1A1A1A"/>
          <w:sz w:val="22"/>
        </w:rPr>
        <w:t>Middle paragraph: connect coursework, projects, internships, part-time work or volunteering to the posting's requirements. Employers hiring juniors look for evidence you finish things and learn fast. One concrete story beats five adjectives.</w:t>
      </w:r>
    </w:p>
    <w:p>
      <w:pPr>
        <w:spacing w:after="200"/>
      </w:pPr>
      <w:r>
        <w:rPr>
          <w:b w:val="0"/>
          <w:i w:val="0"/>
          <w:color w:val="1A1A1A"/>
          <w:sz w:val="22"/>
        </w:rPr>
        <w:t>Third paragraph: why this company. Show you researched them: a product, a value, a piece of their engineering blog or annual report. One honest sentence is enough.</w:t>
      </w:r>
    </w:p>
    <w:p>
      <w:pPr>
        <w:spacing w:after="280"/>
      </w:pPr>
      <w:r>
        <w:rPr>
          <w:b w:val="0"/>
          <w:i w:val="0"/>
          <w:color w:val="1A1A1A"/>
          <w:sz w:val="22"/>
        </w:rPr>
        <w:t>Close: "I would be glad to talk about how I can contribute from day one. Thank you for considering my application."</w:t>
      </w:r>
    </w:p>
    <w:p>
      <w:pPr>
        <w:spacing w:after="20"/>
      </w:pPr>
      <w:r>
        <w:rPr>
          <w:b w:val="0"/>
          <w:i w:val="0"/>
          <w:color w:val="1A1A1A"/>
          <w:sz w:val="22"/>
        </w:rPr>
        <w:t>Best regards,</w:t>
      </w:r>
    </w:p>
    <w:p>
      <w:pPr>
        <w:spacing w:after="0"/>
      </w:pPr>
      <w:r>
        <w:rPr>
          <w:b w:val="0"/>
          <w:i w:val="0"/>
          <w:color w:val="1A1A1A"/>
          <w:sz w:val="22"/>
        </w:rPr>
        <w:t>Your Full Name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