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b/>
          <w:i w:val="0"/>
          <w:color w:val="1A1A1A"/>
          <w:sz w:val="28"/>
        </w:rPr>
        <w:t>Your Full Name</w:t>
      </w:r>
    </w:p>
    <w:p>
      <w:pPr>
        <w:spacing w:after="280"/>
      </w:pPr>
      <w:r>
        <w:rPr>
          <w:b w:val="0"/>
          <w:i w:val="0"/>
          <w:color w:val="444444"/>
          <w:sz w:val="21"/>
        </w:rPr>
        <w:t>City, Country  |  +1 555 000 0000  |  you@email.com  |  linkedin.com/in/yourname</w:t>
      </w:r>
    </w:p>
    <w:p>
      <w:pPr>
        <w:spacing w:after="20"/>
      </w:pPr>
      <w:r>
        <w:rPr>
          <w:b w:val="0"/>
          <w:i w:val="0"/>
          <w:color w:val="444444"/>
          <w:sz w:val="21"/>
        </w:rPr>
        <w:t>[Date]</w:t>
      </w:r>
    </w:p>
    <w:p>
      <w:pPr>
        <w:spacing w:after="20"/>
      </w:pPr>
      <w:r>
        <w:rPr>
          <w:b w:val="0"/>
          <w:i w:val="0"/>
          <w:color w:val="444444"/>
          <w:sz w:val="21"/>
        </w:rPr>
        <w:t>Hiring Manager's Name (find it on LinkedIn if you can)</w:t>
      </w:r>
    </w:p>
    <w:p>
      <w:pPr>
        <w:spacing w:after="280"/>
      </w:pPr>
      <w:r>
        <w:rPr>
          <w:b w:val="0"/>
          <w:i w:val="0"/>
          <w:color w:val="444444"/>
          <w:sz w:val="21"/>
        </w:rPr>
        <w:t>Company Name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Dear [Hiring Manager's name / Hiring Team],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Open with the role and one line that proves you fit it. Not "I am writing to apply". Instead: "I am a [your title] with [X years] doing exactly what the [Job Title] role asks for: [the single most relevant thing you have done, with a number]."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Second paragraph: pick the two or three requirements from the job posting that matter most, and answer each with a real example. Mirror the posting's exact words honestly. "You are looking for someone who can [requirement]. At [Company], I [what you did], which delivered [number or outcome]."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Third paragraph: why this company specifically. One or two sentences that could not be pasted into any other letter. A product you use, a market they lead, a problem they are solving that you have faced.</w:t>
      </w:r>
    </w:p>
    <w:p>
      <w:pPr>
        <w:spacing w:after="280"/>
      </w:pPr>
      <w:r>
        <w:rPr>
          <w:b w:val="0"/>
          <w:i w:val="0"/>
          <w:color w:val="1A1A1A"/>
          <w:sz w:val="22"/>
        </w:rPr>
        <w:t>Close simply: "I would welcome the chance to talk about how I can help with [the core job]. Thank you for your time."</w:t>
      </w:r>
    </w:p>
    <w:p>
      <w:pPr>
        <w:spacing w:after="20"/>
      </w:pPr>
      <w:r>
        <w:rPr>
          <w:b w:val="0"/>
          <w:i w:val="0"/>
          <w:color w:val="1A1A1A"/>
          <w:sz w:val="22"/>
        </w:rPr>
        <w:t>Best regards,</w:t>
      </w:r>
    </w:p>
    <w:p>
      <w:pPr>
        <w:spacing w:after="0"/>
      </w:pPr>
      <w:r>
        <w:rPr>
          <w:b w:val="0"/>
          <w:i w:val="0"/>
          <w:color w:val="1A1A1A"/>
          <w:sz w:val="22"/>
        </w:rPr>
        <w:t>Your Full Name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