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b/>
          <w:i w:val="0"/>
          <w:color w:val="1A1A1A"/>
          <w:sz w:val="22"/>
        </w:rPr>
        <w:t>Subject: Application for [Job Title], [Your Name]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Dear [Hiring Manager's name],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Three sentences is enough when the posting asks for a brief note or you are writing in the email body. Sentence one: the role and your single strongest, most relevant result with a number. Sentence two: the requirement from the posting you best match and the proof. Sentence three: "My resume is attached; I would welcome a conversation."</w:t>
      </w:r>
    </w:p>
    <w:p>
      <w:pPr>
        <w:spacing w:after="20"/>
      </w:pPr>
      <w:r>
        <w:rPr>
          <w:b w:val="0"/>
          <w:i w:val="0"/>
          <w:color w:val="1A1A1A"/>
          <w:sz w:val="22"/>
        </w:rPr>
        <w:t>Best regards,</w:t>
      </w:r>
    </w:p>
    <w:p>
      <w:pPr>
        <w:spacing w:after="20"/>
      </w:pPr>
      <w:r>
        <w:rPr>
          <w:b w:val="0"/>
          <w:i w:val="0"/>
          <w:color w:val="1A1A1A"/>
          <w:sz w:val="22"/>
        </w:rPr>
        <w:t>Your Full Name</w:t>
      </w:r>
    </w:p>
    <w:p>
      <w:pPr>
        <w:spacing w:after="0"/>
      </w:pPr>
      <w:r>
        <w:rPr>
          <w:b w:val="0"/>
          <w:i w:val="0"/>
          <w:color w:val="444444"/>
          <w:sz w:val="21"/>
        </w:rPr>
        <w:t>+1 555 000 0000  |  linkedin.com/in/yourname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