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A1A1A"/>
          <w:sz w:val="34"/>
        </w:rPr>
        <w:t>YOUR FULL NAME</w:t>
      </w:r>
    </w:p>
    <w:p>
      <w:pPr>
        <w:spacing w:after="40"/>
        <w:jc w:val="center"/>
      </w:pPr>
      <w:r>
        <w:rPr>
          <w:b w:val="0"/>
          <w:i/>
          <w:color w:val="444444"/>
          <w:sz w:val="22"/>
        </w:rPr>
        <w:t>Accountant  |  CPA / ACCA (if held)  |  Industry</w:t>
      </w:r>
    </w:p>
    <w:p>
      <w:pPr>
        <w:spacing w:after="0"/>
        <w:jc w:val="center"/>
      </w:pPr>
      <w:r>
        <w:rPr>
          <w:b w:val="0"/>
          <w:i w:val="0"/>
          <w:color w:val="1A1A1A"/>
          <w:sz w:val="21"/>
        </w:rPr>
        <w:t>City, Country  |  +1 555 000 0000  |  you@email.com  |  linkedin.com/in/yourname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SUMMARY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Qualification, years, and scope: "ACCA-qualified accountant, 5 years; own month-end close and reporting for a $30M revenue entity."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KEY SKILLS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Month-End Close • General Ledger • Accounts Payable / Receivable • Reconciliations • Financial Reporting • IFRS / GAAP • Excel (Advanced) • SAP • QuickBooks • VAT / Tax Filings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EXPERIENCE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Accountant</w:t>
      </w:r>
      <w:r>
        <w:rPr>
          <w:b w:val="0"/>
          <w:i w:val="0"/>
          <w:color w:val="444444"/>
          <w:sz w:val="21"/>
        </w:rPr>
        <w:tab/>
        <w:t>Mon YYYY - Present</w:t>
      </w:r>
    </w:p>
    <w:p>
      <w:r>
        <w:rPr>
          <w:b w:val="0"/>
          <w:i w:val="0"/>
          <w:color w:val="444444"/>
          <w:sz w:val="22"/>
        </w:rPr>
        <w:t>Company Name,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Scope first: entity size, number of accounts, close timeline you own.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"Cut month-end close from 10 to 6 days by automating reconciliations in Excel".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Audits, tax filings, and process improvements all deserve a number.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Junior Accountant / AP Clerk</w:t>
      </w:r>
      <w:r>
        <w:rPr>
          <w:b w:val="0"/>
          <w:i w:val="0"/>
          <w:color w:val="444444"/>
          <w:sz w:val="21"/>
        </w:rPr>
        <w:tab/>
        <w:t>Mon YYYY - Mon YYYY</w:t>
      </w:r>
    </w:p>
    <w:p>
      <w:r>
        <w:rPr>
          <w:b w:val="0"/>
          <w:i w:val="0"/>
          <w:color w:val="444444"/>
          <w:sz w:val="22"/>
        </w:rPr>
        <w:t>Previous Company,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Volume counts: invoices processed, accounts reconciled, error rates.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Name every system you used: SAP, Oracle, QuickBooks, Xero.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EDUCATION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Degree or Diploma</w:t>
      </w:r>
      <w:r>
        <w:rPr>
          <w:b w:val="0"/>
          <w:i w:val="0"/>
          <w:color w:val="444444"/>
          <w:sz w:val="21"/>
        </w:rPr>
        <w:tab/>
        <w:t>YYYY</w:t>
      </w:r>
    </w:p>
    <w:p>
      <w:r>
        <w:rPr>
          <w:b w:val="0"/>
          <w:i w:val="0"/>
          <w:color w:val="444444"/>
          <w:sz w:val="22"/>
        </w:rPr>
        <w:t>Institution Name, City, Country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CERTIFICATIONS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CPA / ACCA / CMA  |  Institute  |  Year (or "in progress, X papers passed")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LANGUAGES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English - Fluent  |  Second Language - Level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