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Administrative Assistant  |  Office / Executive Support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Who you supported and at what scale: "Admin assistant, 6 years; supported 3 directors, managed calendars, travel, and a 200-invoice monthly AP workflow."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Calendar Management • Travel Coordination • MS Office (Word, Excel, PowerPoint) • Meeting Minutes • Expense Reports • Document Management • Front-Desk Operations • Data Entry • Vendor Coordination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Administrative Assistant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Scale: executives supported, calendars managed, events organized, invoices processed.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"Coordinated logistics for 20+ quarterly meetings and 15 international trips per year".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Process improvements: filing systems, templates, tools you introduced.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Receptionist / Office Assistant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Call volumes, visitors handled, systems used.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Reliability signals: attendance, confidentiality, discretion.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