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Business Analyst  |  Process / Systems / Data  |  Industry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Domain plus one delivered change: "BA, 5 years; led requirements for a CRM migration used by 400 agents, cutting handle time 18%."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Requirements Gathering • Process Mapping • Stakeholder Management • SQL • User Stories • UAT • Jira / Confluence • Data Analysis • Gap Analysis • Agile / Scrum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Business Analyst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Projects with users and outcomes: system launched, process time saved, adoption rate.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"Documented 60+ user stories for billing revamp; UAT passed with zero critical defects".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Workshops run, stakeholders aligned, decisions unblocked.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Junior BA / Operations Analyst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Process maps, reports, test cases, meeting documentation.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Tools: Jira, Visio, Confluence, SQL, Excel.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CERTIFICATIONS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CBAP / Agile certification  |  Institute  |  Year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