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Customer Service Representative  |  Support / Success  |  Industry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Volume and quality in one line: "Customer service rep, 4 years; handled 60+ daily contacts with 96% CSAT and top-3 team ranking."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Customer Support • Conflict Resolution • CRM (Zendesk, Salesforce) • Live Chat &amp; Phone Support • Ticket Management • De-escalation • Product Knowledge • Data Entry • SLA Compliance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Customer Service Representative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Volume + quality: contacts per day, CSAT, first-contact resolution rate, handle time.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"Resolved 55 tickets/day at 94% first-contact resolution, beating team average by 12 points".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Escalations prevented, upsells made, processes or macros you improved.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Call Center Agent / Retail Associate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Any customer-facing volume counts. Numbers make it real.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Systems: Zendesk, Freshdesk, Intercom, POS systems.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