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A1A1A"/>
          <w:sz w:val="34"/>
        </w:rPr>
        <w:t>YOUR FULL NAME</w:t>
      </w:r>
    </w:p>
    <w:p>
      <w:pPr>
        <w:spacing w:after="40"/>
        <w:jc w:val="center"/>
      </w:pPr>
      <w:r>
        <w:rPr>
          <w:b w:val="0"/>
          <w:i/>
          <w:color w:val="444444"/>
          <w:sz w:val="22"/>
        </w:rPr>
        <w:t>Graduate  |  Degree / Field  |  Target Role</w:t>
      </w:r>
    </w:p>
    <w:p>
      <w:pPr>
        <w:spacing w:after="0"/>
        <w:jc w:val="center"/>
      </w:pPr>
      <w:r>
        <w:rPr>
          <w:b w:val="0"/>
          <w:i w:val="0"/>
          <w:color w:val="1A1A1A"/>
          <w:sz w:val="21"/>
        </w:rPr>
        <w:t>City, Country  |  +1 555 000 0000  |  you@email.com  |  linkedin.com/in/yourname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SUMMARY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One or two lines. Your degree, your strongest skill area, and what role you are targeting. Skip buzzwords.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EDUCATION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Degree Name</w:t>
      </w:r>
      <w:r>
        <w:rPr>
          <w:b w:val="0"/>
          <w:i w:val="0"/>
          <w:color w:val="444444"/>
          <w:sz w:val="21"/>
        </w:rPr>
        <w:tab/>
        <w:t>YYYY</w:t>
      </w:r>
    </w:p>
    <w:p>
      <w:r>
        <w:rPr>
          <w:b w:val="0"/>
          <w:i w:val="0"/>
          <w:color w:val="444444"/>
          <w:sz w:val="22"/>
        </w:rPr>
        <w:t>University Name, City, Country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GPA (if strong), honors, scholarships, relevant coursework.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PROJECTS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Project Name</w:t>
      </w:r>
      <w:r>
        <w:rPr>
          <w:b w:val="0"/>
          <w:i w:val="0"/>
          <w:color w:val="444444"/>
          <w:sz w:val="21"/>
        </w:rPr>
        <w:tab/>
        <w:t>YYYY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What you built or researched, the tools you used, and the outcome. Numbers where possible: users, accuracy, grade.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Personal, academic, and hackathon projects all count when you lack work history.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EXPERIENCE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Internship / Part-time Role</w:t>
      </w:r>
      <w:r>
        <w:rPr>
          <w:b w:val="0"/>
          <w:i w:val="0"/>
          <w:color w:val="444444"/>
          <w:sz w:val="21"/>
        </w:rPr>
        <w:tab/>
        <w:t>Mon YYYY - Mon YYYY</w:t>
      </w:r>
    </w:p>
    <w:p>
      <w:r>
        <w:rPr>
          <w:b w:val="0"/>
          <w:i w:val="0"/>
          <w:color w:val="444444"/>
          <w:sz w:val="22"/>
        </w:rPr>
        <w:t>Organization, City, Country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Internships, part-time jobs, volunteering, and society roles all belong here.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Show responsibility and results, even small ones: "handled 40+ customer queries per shift".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SKILLS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Skill One  •  Skill Two  •  Skill Three  •  Tool One  •  Tool Two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LANGUAGES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English - Fluent  |  Second Language - Level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