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Internship Candidate  |  Degree, University  |  Target Internship Field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Two lines aimed at THIS internship: "Third-year finance student targeting the [Company] summer analyst internship; coursework in corporate finance and a valuation project on a listed company."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Name, expected [Year]</w:t>
      </w:r>
      <w:r>
        <w:rPr>
          <w:b w:val="0"/>
          <w:i w:val="0"/>
          <w:color w:val="444444"/>
          <w:sz w:val="21"/>
        </w:rPr>
        <w:tab/>
        <w:t>[Start Year] - Present</w:t>
      </w:r>
    </w:p>
    <w:p>
      <w:r>
        <w:rPr>
          <w:b w:val="0"/>
          <w:i w:val="0"/>
          <w:color w:val="444444"/>
          <w:sz w:val="22"/>
        </w:rPr>
        <w:t>University Name, City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GPA if strong, relevant coursework matching the internship posting, academic awards.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RELEVANT PROJECTS &amp; COURSEWORK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Project or Major Assignment Name</w:t>
      </w:r>
      <w:r>
        <w:rPr>
          <w:b w:val="0"/>
          <w:i w:val="0"/>
          <w:color w:val="444444"/>
          <w:sz w:val="21"/>
        </w:rPr>
        <w:tab/>
        <w:t>Year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Pick projects that mirror the internship's work. Applying to a data internship? Lead with the analysis project, name the dataset size and the tools.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"Built DCF valuation of [Company] for corporate finance course; presented to class of 60, graded A".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EXPERIENCE &amp; LEADERSHIP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Any Role: part-time, volunteer, society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Organization,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Recruiters for internships look for initiative and follow-through, not titles. One real responsibility with a number is enough.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SKILLS &amp; CERTIFICATIONS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Excel • Python • SQL • [tools the posting names] • Online certificates count: name the course and platform.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LANGUAGES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English - Fluent  |  Second Language - Level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