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IT Support Specialist  |  Help Desk / Desktop Support  |  CompTIA if held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Scale and stack: "IT support specialist, 4 years; sole support for a 250-user office, 40 tickets/day at 95% same-day resolution."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Windows / macOS Support • Active Directory • Office 365 Administration • Ticketing (ServiceNow, Jira) • Hardware Troubleshooting • Network Basics (TCP/IP, VPN) • Remote Support • User Onboarding • Documentation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IT Support Specialist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Company Name,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Users supported, tickets per day, resolution rate, SLA performance.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"Administered O365 and AD for 250 users; automated onboarding cut setup from 4 hours to 45 minutes".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Projects: migrations, rollouts, imaging, MDM deployments.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Help Desk Technician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Previous Company,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First-line volume and escalation quality.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Certifications in progress are worth listing honestly.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Diploma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 Name, City,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CERTIFICATIONS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CompTIA A+ / Network+  |  CompTIA  |  Year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