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Product Manager  |  B2B / B2C / Platform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Product scope and flagship metric: "PM, 6 years; own onboarding and activation for a 2M-user app, lifted D7 retention from 22% to 34%."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Product Strategy • Roadmapping • User Research • A/B Testing • SQL • Analytics (Amplitude, Mixpanel) • Agile / Scrum • Stakeholder Management • Go-To-Market • Prioritization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Product Manager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Metric ownership: which numbers you own and how they moved.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"Shipped self-serve billing generating $3M ARR in year one; 40% support ticket reduction".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Cross-functional scale: engineers, designers, launches per quarter.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Associate PM / Analyst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Features shipped, experiments run, research synthesized.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Tools: Jira, Amplitude, Figma, SQL.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