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color w:val="1A1A1A"/>
          <w:sz w:val="34"/>
        </w:rPr>
        <w:t>YOUR FULL NAME</w:t>
      </w:r>
    </w:p>
    <w:p>
      <w:pPr>
        <w:spacing w:after="40"/>
        <w:jc w:val="center"/>
      </w:pPr>
      <w:r>
        <w:rPr>
          <w:b w:val="0"/>
          <w:i/>
          <w:color w:val="444444"/>
          <w:sz w:val="22"/>
        </w:rPr>
        <w:t>Job Title  |  Key Credential  |  Industry / Specialty</w:t>
      </w:r>
    </w:p>
    <w:p>
      <w:pPr>
        <w:spacing w:after="0"/>
        <w:jc w:val="center"/>
      </w:pPr>
      <w:r>
        <w:rPr>
          <w:b w:val="0"/>
          <w:i w:val="0"/>
          <w:color w:val="1A1A1A"/>
          <w:sz w:val="21"/>
        </w:rPr>
        <w:t>City, Country  |  +1 555 000 0000  |  you@email.com  |  linkedin.com/in/yourname</w:t>
      </w:r>
    </w:p>
    <w:p>
      <w:pPr>
        <w:spacing w:before="200" w:after="60"/>
        <w:pBdr>
          <w:bottom w:val="single" w:sz="6" w:space="2" w:color="888888"/>
        </w:pBdr>
      </w:pPr>
      <w:r>
        <w:rPr>
          <w:b/>
          <w:i w:val="0"/>
          <w:color w:val="1A1A1A"/>
          <w:sz w:val="24"/>
        </w:rPr>
        <w:t>PROFESSIONAL SUMMARY</w:t>
      </w:r>
    </w:p>
    <w:p>
      <w:pPr>
        <w:spacing w:after="80"/>
      </w:pPr>
      <w:r>
        <w:rPr>
          <w:b w:val="0"/>
          <w:i w:val="0"/>
          <w:color w:val="1A1A1A"/>
          <w:sz w:val="22"/>
        </w:rPr>
        <w:t>Two to three lines. Who you are, your years of experience, your specialty, and the single most impressive result you have delivered. Write it after you finish the rest of the resume.</w:t>
      </w:r>
    </w:p>
    <w:p>
      <w:pPr>
        <w:spacing w:before="200" w:after="60"/>
        <w:pBdr>
          <w:bottom w:val="single" w:sz="6" w:space="2" w:color="888888"/>
        </w:pBdr>
      </w:pPr>
      <w:r>
        <w:rPr>
          <w:b/>
          <w:i w:val="0"/>
          <w:color w:val="1A1A1A"/>
          <w:sz w:val="24"/>
        </w:rPr>
        <w:t>CORE SKILLS</w:t>
      </w:r>
    </w:p>
    <w:p>
      <w:pPr>
        <w:spacing w:after="80"/>
      </w:pPr>
      <w:r>
        <w:rPr>
          <w:b w:val="0"/>
          <w:i w:val="0"/>
          <w:color w:val="1A1A1A"/>
          <w:sz w:val="22"/>
        </w:rPr>
        <w:t>Skill One  •  Skill Two  •  Skill Three  •  Skill Four  •  Skill Five  •  Skill Six  •  Tool One  •  Tool Two  •  Tool Three</w:t>
      </w:r>
    </w:p>
    <w:p>
      <w:pPr>
        <w:spacing w:before="200" w:after="60"/>
        <w:pBdr>
          <w:bottom w:val="single" w:sz="6" w:space="2" w:color="888888"/>
        </w:pBdr>
      </w:pPr>
      <w:r>
        <w:rPr>
          <w:b/>
          <w:i w:val="0"/>
          <w:color w:val="1A1A1A"/>
          <w:sz w:val="24"/>
        </w:rPr>
        <w:t>PROFESSIONAL EXPERIENCE</w:t>
      </w:r>
    </w:p>
    <w:p>
      <w:pPr>
        <w:tabs>
          <w:tab w:pos="10224" w:val="right"/>
        </w:tabs>
        <w:spacing w:before="120"/>
      </w:pPr>
      <w:r>
        <w:rPr>
          <w:b/>
          <w:i w:val="0"/>
          <w:color w:val="1A1A1A"/>
          <w:sz w:val="22"/>
        </w:rPr>
        <w:t>Job Title</w:t>
      </w:r>
      <w:r>
        <w:rPr>
          <w:b w:val="0"/>
          <w:i w:val="0"/>
          <w:color w:val="444444"/>
          <w:sz w:val="21"/>
        </w:rPr>
        <w:tab/>
        <w:t>Mon YYYY - Present</w:t>
      </w:r>
    </w:p>
    <w:p>
      <w:r>
        <w:rPr>
          <w:b w:val="0"/>
          <w:i w:val="0"/>
          <w:color w:val="444444"/>
          <w:sz w:val="22"/>
        </w:rPr>
        <w:t>Company Name, City, Country</w:t>
      </w:r>
    </w:p>
    <w:p>
      <w:pPr>
        <w:spacing w:after="20"/>
        <w:ind w:left="360" w:hanging="216"/>
      </w:pPr>
      <w:r>
        <w:rPr>
          <w:b w:val="0"/>
          <w:i w:val="0"/>
          <w:color w:val="1A1A1A"/>
          <w:sz w:val="22"/>
        </w:rPr>
        <w:t>• Start with a strong verb. Describe a result with a number: grew X by Y%, saved $Z, delivered N projects.</w:t>
      </w:r>
    </w:p>
    <w:p>
      <w:pPr>
        <w:spacing w:after="20"/>
        <w:ind w:left="360" w:hanging="216"/>
      </w:pPr>
      <w:r>
        <w:rPr>
          <w:b w:val="0"/>
          <w:i w:val="0"/>
          <w:color w:val="1A1A1A"/>
          <w:sz w:val="22"/>
        </w:rPr>
        <w:t>• Mirror the exact keywords from the job description you are applying to, honestly.</w:t>
      </w:r>
    </w:p>
    <w:p>
      <w:pPr>
        <w:spacing w:after="20"/>
        <w:ind w:left="360" w:hanging="216"/>
      </w:pPr>
      <w:r>
        <w:rPr>
          <w:b w:val="0"/>
          <w:i w:val="0"/>
          <w:color w:val="1A1A1A"/>
          <w:sz w:val="22"/>
        </w:rPr>
        <w:t>• Three to six bullets per role. Impact first, duties only where needed.</w:t>
      </w:r>
    </w:p>
    <w:p>
      <w:pPr>
        <w:tabs>
          <w:tab w:pos="10224" w:val="right"/>
        </w:tabs>
        <w:spacing w:before="120"/>
      </w:pPr>
      <w:r>
        <w:rPr>
          <w:b/>
          <w:i w:val="0"/>
          <w:color w:val="1A1A1A"/>
          <w:sz w:val="22"/>
        </w:rPr>
        <w:t>Previous Job Title</w:t>
      </w:r>
      <w:r>
        <w:rPr>
          <w:b w:val="0"/>
          <w:i w:val="0"/>
          <w:color w:val="444444"/>
          <w:sz w:val="21"/>
        </w:rPr>
        <w:tab/>
        <w:t>Mon YYYY - Mon YYYY</w:t>
      </w:r>
    </w:p>
    <w:p>
      <w:r>
        <w:rPr>
          <w:b w:val="0"/>
          <w:i w:val="0"/>
          <w:color w:val="444444"/>
          <w:sz w:val="22"/>
        </w:rPr>
        <w:t>Previous Company, City, Country</w:t>
      </w:r>
    </w:p>
    <w:p>
      <w:pPr>
        <w:spacing w:after="20"/>
        <w:ind w:left="360" w:hanging="216"/>
      </w:pPr>
      <w:r>
        <w:rPr>
          <w:b w:val="0"/>
          <w:i w:val="0"/>
          <w:color w:val="1A1A1A"/>
          <w:sz w:val="22"/>
        </w:rPr>
        <w:t>• Keep older roles shorter. Two to four bullets is enough.</w:t>
      </w:r>
    </w:p>
    <w:p>
      <w:pPr>
        <w:spacing w:after="20"/>
        <w:ind w:left="360" w:hanging="216"/>
      </w:pPr>
      <w:r>
        <w:rPr>
          <w:b w:val="0"/>
          <w:i w:val="0"/>
          <w:color w:val="1A1A1A"/>
          <w:sz w:val="22"/>
        </w:rPr>
        <w:t>• Numbers beat adjectives. "Managed 6-person team across 3 countries" beats "strong leader".</w:t>
      </w:r>
    </w:p>
    <w:p>
      <w:pPr>
        <w:spacing w:before="200" w:after="60"/>
        <w:pBdr>
          <w:bottom w:val="single" w:sz="6" w:space="2" w:color="888888"/>
        </w:pBdr>
      </w:pPr>
      <w:r>
        <w:rPr>
          <w:b/>
          <w:i w:val="0"/>
          <w:color w:val="1A1A1A"/>
          <w:sz w:val="24"/>
        </w:rPr>
        <w:t>EDUCATION</w:t>
      </w:r>
    </w:p>
    <w:p>
      <w:pPr>
        <w:tabs>
          <w:tab w:pos="10224" w:val="right"/>
        </w:tabs>
        <w:spacing w:before="120"/>
      </w:pPr>
      <w:r>
        <w:rPr>
          <w:b/>
          <w:i w:val="0"/>
          <w:color w:val="1A1A1A"/>
          <w:sz w:val="22"/>
        </w:rPr>
        <w:t>Degree Name</w:t>
      </w:r>
      <w:r>
        <w:rPr>
          <w:b w:val="0"/>
          <w:i w:val="0"/>
          <w:color w:val="444444"/>
          <w:sz w:val="21"/>
        </w:rPr>
        <w:tab/>
        <w:t>YYYY</w:t>
      </w:r>
    </w:p>
    <w:p>
      <w:r>
        <w:rPr>
          <w:b w:val="0"/>
          <w:i w:val="0"/>
          <w:color w:val="444444"/>
          <w:sz w:val="22"/>
        </w:rPr>
        <w:t>University Name, City, Country</w:t>
      </w:r>
    </w:p>
    <w:p>
      <w:pPr>
        <w:spacing w:before="200" w:after="60"/>
        <w:pBdr>
          <w:bottom w:val="single" w:sz="6" w:space="2" w:color="888888"/>
        </w:pBdr>
      </w:pPr>
      <w:r>
        <w:rPr>
          <w:b/>
          <w:i w:val="0"/>
          <w:color w:val="1A1A1A"/>
          <w:sz w:val="24"/>
        </w:rPr>
        <w:t>CERTIFICATIONS</w:t>
      </w:r>
    </w:p>
    <w:p>
      <w:pPr>
        <w:spacing w:after="80"/>
      </w:pPr>
      <w:r>
        <w:rPr>
          <w:b w:val="0"/>
          <w:i w:val="0"/>
          <w:color w:val="1A1A1A"/>
          <w:sz w:val="22"/>
        </w:rPr>
        <w:t>Certification Name  |  Issuing Body  |  Year</w:t>
      </w:r>
    </w:p>
    <w:p>
      <w:pPr>
        <w:spacing w:before="200" w:after="60"/>
        <w:pBdr>
          <w:bottom w:val="single" w:sz="6" w:space="2" w:color="888888"/>
        </w:pBdr>
      </w:pPr>
      <w:r>
        <w:rPr>
          <w:b/>
          <w:i w:val="0"/>
          <w:color w:val="1A1A1A"/>
          <w:sz w:val="24"/>
        </w:rPr>
        <w:t>LANGUAGES</w:t>
      </w:r>
    </w:p>
    <w:p>
      <w:pPr>
        <w:spacing w:after="80"/>
      </w:pPr>
      <w:r>
        <w:rPr>
          <w:b w:val="0"/>
          <w:i w:val="0"/>
          <w:color w:val="1A1A1A"/>
          <w:sz w:val="22"/>
        </w:rPr>
        <w:t>English - Fluent  |  Second Language - Level</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pPr>
    <w:rPr>
      <w:rFonts w:ascii="Calibri" w:hAnsi="Calibri"/>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