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A1A1A"/>
          <w:sz w:val="34"/>
        </w:rPr>
        <w:t>YOUR FULL NAME</w:t>
      </w:r>
    </w:p>
    <w:p>
      <w:pPr>
        <w:spacing w:after="40"/>
        <w:jc w:val="center"/>
      </w:pPr>
      <w:r>
        <w:rPr>
          <w:b w:val="0"/>
          <w:i/>
          <w:color w:val="444444"/>
          <w:sz w:val="22"/>
        </w:rPr>
        <w:t>Project Manager  |  PMP / PRINCE2 (if held)  |  Industry</w:t>
      </w:r>
    </w:p>
    <w:p>
      <w:pPr>
        <w:spacing w:after="0"/>
        <w:jc w:val="center"/>
      </w:pPr>
      <w:r>
        <w:rPr>
          <w:b w:val="0"/>
          <w:i w:val="0"/>
          <w:color w:val="1A1A1A"/>
          <w:sz w:val="21"/>
        </w:rPr>
        <w:t>City, Country  |  +1 555 000 0000  |  you@email.com  |  linkedin.com/in/yourname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SUMMARY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Years, methodology, and scale: "PMP-certified PM, 8 years; delivered $2M+ programs across IT and operations, consistently on time and under budget."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KEY SKILLS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Project Planning • Agile / Scrum • Waterfall • Budget Management • Risk Management • Stakeholder Management • Jira • MS Project • Resource Planning • Vendor Management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PROFESSIONAL EXPERIENCE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Project Manager</w:t>
      </w:r>
      <w:r>
        <w:rPr>
          <w:b w:val="0"/>
          <w:i w:val="0"/>
          <w:color w:val="444444"/>
          <w:sz w:val="21"/>
        </w:rPr>
        <w:tab/>
        <w:t>Mon YYYY - Present</w:t>
      </w:r>
    </w:p>
    <w:p>
      <w:r>
        <w:rPr>
          <w:b w:val="0"/>
          <w:i w:val="0"/>
          <w:color w:val="444444"/>
          <w:sz w:val="22"/>
        </w:rPr>
        <w:t>Company Name,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Lead with scale: budget, team size, duration. "Led $1.5M ERP rollout across 3 sites, 14-person cross-functional team, delivered 2 weeks early".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Show method: sprints run, risk registers, steering committees chaired.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Percentages land: on-time delivery rate, budget variance, scope changes managed.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Project Coordinator</w:t>
      </w:r>
      <w:r>
        <w:rPr>
          <w:b w:val="0"/>
          <w:i w:val="0"/>
          <w:color w:val="444444"/>
          <w:sz w:val="21"/>
        </w:rPr>
        <w:tab/>
        <w:t>Mon YYYY - Mon YYYY</w:t>
      </w:r>
    </w:p>
    <w:p>
      <w:r>
        <w:rPr>
          <w:b w:val="0"/>
          <w:i w:val="0"/>
          <w:color w:val="444444"/>
          <w:sz w:val="22"/>
        </w:rPr>
        <w:t>Previous Company, City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Schedules, trackers, meeting cadences, and vendor follow-ups you owned.</w:t>
      </w:r>
    </w:p>
    <w:p>
      <w:pPr>
        <w:spacing w:after="20"/>
        <w:ind w:left="360" w:hanging="216"/>
      </w:pPr>
      <w:r>
        <w:rPr>
          <w:b w:val="0"/>
          <w:i w:val="0"/>
          <w:color w:val="1A1A1A"/>
          <w:sz w:val="22"/>
        </w:rPr>
        <w:t>• Tools: Jira, Asana, MS Project, Smartsheet.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EDUCATION</w:t>
      </w:r>
    </w:p>
    <w:p>
      <w:pPr>
        <w:tabs>
          <w:tab w:pos="10224" w:val="right"/>
        </w:tabs>
        <w:spacing w:before="120"/>
      </w:pPr>
      <w:r>
        <w:rPr>
          <w:b/>
          <w:i w:val="0"/>
          <w:color w:val="1A1A1A"/>
          <w:sz w:val="22"/>
        </w:rPr>
        <w:t>Degree or Diploma</w:t>
      </w:r>
      <w:r>
        <w:rPr>
          <w:b w:val="0"/>
          <w:i w:val="0"/>
          <w:color w:val="444444"/>
          <w:sz w:val="21"/>
        </w:rPr>
        <w:tab/>
        <w:t>YYYY</w:t>
      </w:r>
    </w:p>
    <w:p>
      <w:r>
        <w:rPr>
          <w:b w:val="0"/>
          <w:i w:val="0"/>
          <w:color w:val="444444"/>
          <w:sz w:val="22"/>
        </w:rPr>
        <w:t>Institution Name, City, Country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CERTIFICATIONS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PMP  |  PMI  |  Year    or    PRINCE2 / Scrum Master (CSM / PSM)</w:t>
      </w:r>
    </w:p>
    <w:p>
      <w:pPr>
        <w:spacing w:before="200" w:after="60"/>
        <w:pBdr>
          <w:bottom w:val="single" w:sz="6" w:space="2" w:color="888888"/>
        </w:pBdr>
      </w:pPr>
      <w:r>
        <w:rPr>
          <w:b/>
          <w:i w:val="0"/>
          <w:color w:val="1A1A1A"/>
          <w:sz w:val="24"/>
        </w:rPr>
        <w:t>LANGUAGES</w:t>
      </w:r>
    </w:p>
    <w:p>
      <w:pPr>
        <w:spacing w:after="80"/>
      </w:pPr>
      <w:r>
        <w:rPr>
          <w:b w:val="0"/>
          <w:i w:val="0"/>
          <w:color w:val="1A1A1A"/>
          <w:sz w:val="22"/>
        </w:rPr>
        <w:t>English - Fluent  |  Second Language - Level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before="0"/>
    </w:pPr>
    <w:rPr>
      <w:rFonts w:ascii="Calibri" w:hAnsi="Calibri"/>
      <w:color w:val="1A1A1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