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A1A1A"/>
          <w:sz w:val="34"/>
        </w:rPr>
        <w:t>YOUR FULL NAME</w:t>
      </w:r>
    </w:p>
    <w:p>
      <w:pPr>
        <w:spacing w:after="40"/>
        <w:jc w:val="center"/>
      </w:pPr>
      <w:r>
        <w:rPr>
          <w:b w:val="0"/>
          <w:i/>
          <w:color w:val="444444"/>
          <w:sz w:val="22"/>
        </w:rPr>
        <w:t>Retail Sales Associate  |  Store Type  |  Customer Service</w:t>
      </w:r>
    </w:p>
    <w:p>
      <w:pPr>
        <w:spacing w:after="0"/>
        <w:jc w:val="center"/>
      </w:pPr>
      <w:r>
        <w:rPr>
          <w:b w:val="0"/>
          <w:i w:val="0"/>
          <w:color w:val="1A1A1A"/>
          <w:sz w:val="21"/>
        </w:rPr>
        <w:t>City, Country  |  +1 555 000 0000  |  you@email.com  |  linkedin.com/in/yourname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SUMMARY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Sales plus service: "Retail associate, 3 years; top-5 seller in a 20-person store, consistently 110%+ of monthly targets."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KEY SKILLS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Customer Service • POS Systems • Cash Handling • Merchandising • Inventory Management • Upselling • Loss Prevention • Stock Replenishment • Product Knowledge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EXPERIENCE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Retail Sales Associate</w:t>
      </w:r>
      <w:r>
        <w:rPr>
          <w:b w:val="0"/>
          <w:i w:val="0"/>
          <w:color w:val="444444"/>
          <w:sz w:val="21"/>
        </w:rPr>
        <w:tab/>
        <w:t>Mon YYYY - Present</w:t>
      </w:r>
    </w:p>
    <w:p>
      <w:r>
        <w:rPr>
          <w:b w:val="0"/>
          <w:i w:val="0"/>
          <w:color w:val="444444"/>
          <w:sz w:val="22"/>
        </w:rPr>
        <w:t>Store Name,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Sales numbers: targets hit, upsell rates, loyalty signups.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"Averaged 112% of monthly sales target; #2 in loyalty-card signups across the region".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Keyholder duties, training new staff, and visual merchandising all count.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Cashier / Stock Associate</w:t>
      </w:r>
      <w:r>
        <w:rPr>
          <w:b w:val="0"/>
          <w:i w:val="0"/>
          <w:color w:val="444444"/>
          <w:sz w:val="21"/>
        </w:rPr>
        <w:tab/>
        <w:t>Mon YYYY - Mon YYYY</w:t>
      </w:r>
    </w:p>
    <w:p>
      <w:r>
        <w:rPr>
          <w:b w:val="0"/>
          <w:i w:val="0"/>
          <w:color w:val="444444"/>
          <w:sz w:val="22"/>
        </w:rPr>
        <w:t>Previous Store,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Transaction volume, register accuracy, shrink reduction.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Availability and flexibility (nights, weekends, holidays) helps here.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EDUCATION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Degree or Diploma</w:t>
      </w:r>
      <w:r>
        <w:rPr>
          <w:b w:val="0"/>
          <w:i w:val="0"/>
          <w:color w:val="444444"/>
          <w:sz w:val="21"/>
        </w:rPr>
        <w:tab/>
        <w:t>YYYY</w:t>
      </w:r>
    </w:p>
    <w:p>
      <w:r>
        <w:rPr>
          <w:b w:val="0"/>
          <w:i w:val="0"/>
          <w:color w:val="444444"/>
          <w:sz w:val="22"/>
        </w:rPr>
        <w:t>Institution Name, City, Country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LANGUAGES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English - Fluent  |  Second Language - Level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