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Software Engineer  |  Backend / Frontend / Full-Stack  |  Your Core Stack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Years of experience, your stack, and one shipped result: "5 years building distributed backend services in Python and Go; cut p95 latency 40% for a platform serving 2M users."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Python • Java • TypeScript • React • Node.js • SQL • PostgreSQL • AWS • Docker • Kubernetes • CI/CD • Git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Software Engineer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 / Remote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Shipped a feature or service with scale numbers: "built order-processing service handling 50K requests/day with 99.9% uptime".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Name the exact stack in the bullet: "migrated monolith endpoints to Node.js microservices on AWS ECS, cutting deploy time 60%".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Show collaboration: code reviews, mentoring, on-call, cross-team launches.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Junior Software Engineer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Fixed bugs, wrote tests, improved coverage: "raised unit test coverage from 45% to 80% across 3 services".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Mention the exact languages and frameworks the job description asks for, honestly.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PROJECTS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Personal or open-source project with the stack, a link in plain text (github.com/you/project), and one outcome number.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AWS Certified Developer  |  Amazon Web Services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