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Student  |  Degree, University  |  Target Role or Field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Two lines maximum. Your degree and year, your strongest skill area, and what you are looking for: "Second-year computer science student at [University]; built three shipped projects in Python; seeking a part-time developer role."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Name, expected [Year]</w:t>
      </w:r>
      <w:r>
        <w:rPr>
          <w:b w:val="0"/>
          <w:i w:val="0"/>
          <w:color w:val="444444"/>
          <w:sz w:val="21"/>
        </w:rPr>
        <w:tab/>
        <w:t>[Start Year] - Present</w:t>
      </w:r>
    </w:p>
    <w:p>
      <w:r>
        <w:rPr>
          <w:b w:val="0"/>
          <w:i w:val="0"/>
          <w:color w:val="444444"/>
          <w:sz w:val="22"/>
        </w:rPr>
        <w:t>University Name, City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GPA if 3.5+/equivalent, scholarships, dean's list, relevant coursework (name the exact modules that match the job).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PROJECTS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Project Name (course project, personal, or hackathon)</w:t>
      </w:r>
      <w:r>
        <w:rPr>
          <w:b w:val="0"/>
          <w:i w:val="0"/>
          <w:color w:val="444444"/>
          <w:sz w:val="21"/>
        </w:rPr>
        <w:tab/>
        <w:t>Year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What you built, the tools you used, and one number: users, marks, ranking, downloads. "Built attendance app in Flutter used by 200 students; won 2nd of 40 teams".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Projects are your experience section when you have no jobs yet. Two or three strong ones beat a long list.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EXPERIENCE &amp; ACTIVITIES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Part-time Role / Society Position / Volunteering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Organization,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Everything counts: retail shifts, tutoring, event teams, student society roles. Show responsibility and numbers: "handled 50+ customers per shift", "managed PKR 80,000 event budget".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Skill One • Skill Two • Skill Three • Tool One • Tool Two • MS Office • [exact skills from the job posting you actually have]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