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Warehouse Associate  |  Picking / Packing / Forklift  |  Certifications if held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Reliability and volume: "Warehouse associate, 4 years; pick 120+ orders per shift at 99.8% accuracy with zero safety incidents."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Order Picking &amp; Packing • Forklift Operation • Inventory Management • RF Scanners • Shipping &amp; Receiving • Pallet Jack • Safety Compliance (OSHA) • Cycle Counting • WMS Systems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Warehouse Associate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Volume + accuracy: orders per shift, error rate, units moved.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"Picked and packed 130 orders/shift at 99.9% accuracy; trained 6 new associates".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Safety record and equipment certifications stand out. Say them plainly.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General Laborer / Stock Associate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Attendance and reliability are hiring signals: perfect attendance is worth a bullet.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Equipment: forklift, reach truck, order picker, RF scanners.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Forklift Certification  |  Issuer  |  Year    •    OSHA 10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